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F690A" w14:textId="42B46A15" w:rsidR="00862D0F" w:rsidRDefault="00524843">
      <w:pPr>
        <w:spacing w:after="0" w:line="240" w:lineRule="auto"/>
      </w:pPr>
      <w:r>
        <w:pict w14:anchorId="41CF755F">
          <v:shapetype id="_x0000_t202" coordsize="21600,21600" o:spt="202" path="m,l,21600r21600,l21600,xe">
            <v:stroke joinstyle="miter"/>
            <v:path gradientshapeok="t" o:connecttype="rect"/>
          </v:shapetype>
          <v:shape id="field_1138" o:spid="_x0000_s1138" type="#_x0000_t202" style="position:absolute;margin-left:167.7pt;margin-top:549.7pt;width:13.05pt;height:8pt;z-index:251660402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F600CCB" w14:textId="7805FD65" w:rsidR="00862D0F" w:rsidRDefault="00524843">
                  <w:pPr>
                    <w:spacing w:after="0" w:line="220" w:lineRule="atLeast"/>
                  </w:pPr>
                  <w:sdt>
                    <w:sdtPr>
                      <w:alias w:val="CMS 30일"/>
                      <w:tag w:val="cms_day_30"/>
                      <w:id w:val="10038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3A469BB0">
          <v:shape id="field_1137" o:spid="_x0000_s1137" type="#_x0000_t202" style="position:absolute;margin-left:134.1pt;margin-top:550.45pt;width:13.05pt;height:8pt;z-index:251660401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2556D32" w14:textId="073E1000" w:rsidR="00862D0F" w:rsidRDefault="00524843">
                  <w:pPr>
                    <w:spacing w:after="0" w:line="220" w:lineRule="atLeast"/>
                  </w:pPr>
                  <w:sdt>
                    <w:sdtPr>
                      <w:alias w:val="CMS 15일"/>
                      <w:tag w:val="cms_day_15"/>
                      <w:id w:val="10037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E64DD59">
          <v:shape id="field_1148" o:spid="_x0000_s1148" type="#_x0000_t202" style="position:absolute;margin-left:473.7pt;margin-top:756.8pt;width:13.05pt;height:8.95pt;z-index:251660412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ADE78BE" w14:textId="21722365" w:rsidR="00862D0F" w:rsidRDefault="00524843">
                  <w:pPr>
                    <w:spacing w:after="0" w:line="220" w:lineRule="atLeast"/>
                  </w:pPr>
                  <w:sdt>
                    <w:sdtPr>
                      <w:alias w:val="개인정보 수집 및 이용 동의"/>
                      <w:tag w:val="consent_personal_info"/>
                      <w:id w:val="10048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E8C768C">
          <v:shape id="field_1149" o:spid="_x0000_s1149" type="#_x0000_t202" style="position:absolute;margin-left:473.7pt;margin-top:785.05pt;width:13.05pt;height:8.95pt;z-index:251660413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4B3363D" w14:textId="6A8DE5FD" w:rsidR="00862D0F" w:rsidRDefault="00524843">
                  <w:pPr>
                    <w:spacing w:after="0" w:line="220" w:lineRule="atLeast"/>
                  </w:pPr>
                  <w:sdt>
                    <w:sdtPr>
                      <w:alias w:val="개인정보 제3자 제공 동의"/>
                      <w:tag w:val="consent_third_party"/>
                      <w:id w:val="10049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3A43A7E">
          <v:shape id="field_1147" o:spid="_x0000_s1147" type="#_x0000_t202" style="position:absolute;margin-left:435.75pt;margin-top:628pt;width:70.3pt;height:21.15pt;z-index:251660411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34A006A8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기부자 서명"/>
                      <w:tag w:val="donor_signature"/>
                      <w:id w:val="10047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D2FF3AE">
          <v:shape id="field_1146" o:spid="_x0000_s1146" type="#_x0000_t202" style="position:absolute;margin-left:499.8pt;margin-top:608.75pt;width:25.7pt;height:18.8pt;z-index:251660410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4B2CE36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약정 일"/>
                      <w:tag w:val="pledge_day"/>
                      <w:id w:val="10046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1CCFDBCC">
          <v:shape id="field_1145" o:spid="_x0000_s1145" type="#_x0000_t202" style="position:absolute;margin-left:467.65pt;margin-top:608.75pt;width:21.35pt;height:18.8pt;z-index:251660409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811393D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약정 월"/>
                      <w:tag w:val="pledge_month"/>
                      <w:id w:val="10045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59DABAC">
          <v:shape id="field_1144" o:spid="_x0000_s1144" type="#_x0000_t202" style="position:absolute;margin-left:411.75pt;margin-top:608.75pt;width:36.8pt;height:18.8pt;z-index:251660408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34E987E0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약정 연도"/>
                      <w:tag w:val="pledge_year"/>
                      <w:id w:val="10044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7BE63AF8">
          <v:shape id="field_1141" o:spid="_x0000_s1141" type="#_x0000_t202" style="position:absolute;margin-left:249.2pt;margin-top:547.15pt;width:119.05pt;height:19.75pt;z-index:251660405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22E9919F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CMS 예금주"/>
                      <w:tag w:val="cms_holder"/>
                      <w:id w:val="10041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A712598">
          <v:shape id="field_1142" o:spid="_x0000_s1142" type="#_x0000_t202" style="position:absolute;margin-left:448.55pt;margin-top:547.15pt;width:85pt;height:19.75pt;z-index:251660406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70B74193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CMS 예금주 생년월일 또는 사업자번호"/>
                      <w:tag w:val="cms_birth_or_business"/>
                      <w:id w:val="10042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17FDBA71">
          <v:shape id="field_1140" o:spid="_x0000_s1140" type="#_x0000_t202" style="position:absolute;margin-left:412.7pt;margin-top:526.95pt;width:116.8pt;height:19.75pt;z-index:251660404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BB68A6F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CMS 계좌번호"/>
                      <w:tag w:val="cms_account"/>
                      <w:id w:val="10040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ED68D76">
          <v:shape id="field_1139" o:spid="_x0000_s1139" type="#_x0000_t202" style="position:absolute;margin-left:249.2pt;margin-top:526.95pt;width:113.05pt;height:19.75pt;z-index:251660403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37DCEC88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CMS 은행명"/>
                      <w:tag w:val="cms_bank"/>
                      <w:id w:val="10039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033CCCC5">
          <v:shape id="field_1134" o:spid="_x0000_s1134" type="#_x0000_t202" style="position:absolute;margin-left:364.7pt;margin-top:468.65pt;width:41.05pt;height:19.75pt;z-index:251660398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5ECF3645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분할납부 시작 일"/>
                      <w:tag w:val="start_day"/>
                      <w:id w:val="10034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2F3EFA2">
          <v:shape id="field_1133" o:spid="_x0000_s1133" type="#_x0000_t202" style="position:absolute;margin-left:317.45pt;margin-top:468.65pt;width:40.3pt;height:19.75pt;z-index:251660397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548F456A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분할납부 시작 월"/>
                      <w:tag w:val="start_month"/>
                      <w:id w:val="10033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3A24313">
          <v:shape id="field_1132" o:spid="_x0000_s1132" type="#_x0000_t202" style="position:absolute;margin-left:261.35pt;margin-top:468.65pt;width:47.05pt;height:19.75pt;z-index:251660396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729E1347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분할납부 시작 연도"/>
                      <w:tag w:val="start_year"/>
                      <w:id w:val="10032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92FA38E">
          <v:shape id="field_1131" o:spid="_x0000_s1131" type="#_x0000_t202" style="position:absolute;margin-left:429pt;margin-top:447.05pt;width:56.8pt;height:20.2pt;z-index:251660395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5D299AC1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납부 횟수"/>
                      <w:tag w:val="installment_count"/>
                      <w:id w:val="10031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016F62D8">
          <v:shape id="field_1130" o:spid="_x0000_s1130" type="#_x0000_t202" style="position:absolute;margin-left:264.95pt;margin-top:447.05pt;width:86.25pt;height:20.2pt;z-index:251660394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A82390A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월 분납액"/>
                      <w:tag w:val="monthly_amount"/>
                      <w:id w:val="10030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E3D989B">
          <v:shape id="field_1128" o:spid="_x0000_s1128" type="#_x0000_t202" style="position:absolute;margin-left:363.95pt;margin-top:426.8pt;width:41.8pt;height:19.75pt;z-index:251660392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7AB01174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일시납부 일"/>
                      <w:tag w:val="single_day"/>
                      <w:id w:val="10028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C08F220">
          <v:shape id="field_1127" o:spid="_x0000_s1127" type="#_x0000_t202" style="position:absolute;margin-left:319.05pt;margin-top:426.8pt;width:38.7pt;height:19.75pt;z-index:251660391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41D066E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일시납부 월"/>
                      <w:tag w:val="single_month"/>
                      <w:id w:val="10027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03BAA81">
          <v:shape id="field_1126" o:spid="_x0000_s1126" type="#_x0000_t202" style="position:absolute;margin-left:263.6pt;margin-top:426.8pt;width:44.8pt;height:19.75pt;z-index:251660390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725AE9F4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일시납부 연도"/>
                      <w:tag w:val="single_year"/>
                      <w:id w:val="10026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B49D102">
          <v:shape id="field_1122" o:spid="_x0000_s1122" type="#_x0000_t202" style="position:absolute;margin-left:314.9pt;margin-top:375.6pt;width:204.5pt;height:20.2pt;z-index:251660386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320AE444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기타 기금명"/>
                      <w:tag w:val="other_fund_name"/>
                      <w:id w:val="10022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70BDB197">
          <v:shape id="field_1124" o:spid="_x0000_s1124" type="#_x0000_t202" style="position:absolute;margin-left:340.05pt;margin-top:398.6pt;width:176.5pt;height:22.55pt;z-index:251660388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4B43C76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기부 금액 숫자"/>
                      <w:tag w:val="amount_numeric"/>
                      <w:id w:val="10024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9E4271F">
          <v:shape id="field_1123" o:spid="_x0000_s1123" type="#_x0000_t202" style="position:absolute;margin-left:151.4pt;margin-top:398.6pt;width:150.45pt;height:22.55pt;z-index:251660387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C36EAB0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기부 금액 한글"/>
                      <w:tag w:val="amount_korean"/>
                      <w:id w:val="10023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7EB3F1FA">
          <v:shape id="field_1118" o:spid="_x0000_s1118" type="#_x0000_t202" style="position:absolute;margin-left:409.9pt;margin-top:331.85pt;width:109.5pt;height:20.2pt;z-index:251660382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89C1554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장학기금명"/>
                      <w:tag w:val="scholarship_fund_name"/>
                      <w:id w:val="10018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801EC45">
          <v:shape id="field_1115" o:spid="_x0000_s1115" type="#_x0000_t202" style="position:absolute;margin-left:151.4pt;margin-top:286.25pt;width:365.15pt;height:20.2pt;z-index:251660379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EA2954B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기타 관계 내용"/>
                      <w:tag w:val="relationship_other_text"/>
                      <w:id w:val="10015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0D17D7E1">
          <v:shape id="field_1113" o:spid="_x0000_s1113" type="#_x0000_t202" style="position:absolute;margin-left:201.75pt;margin-top:265.6pt;width:310.3pt;height:18.8pt;z-index:251660377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69960AD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교직원 소속"/>
                      <w:tag w:val="staff_department"/>
                      <w:id w:val="10013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7FF3C687">
          <v:shape id="field_1111" o:spid="_x0000_s1111" type="#_x0000_t202" style="position:absolute;margin-left:357.75pt;margin-top:243.95pt;width:158.8pt;height:18.35pt;z-index:251660375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450F89C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졸업연도"/>
                      <w:tag w:val="graduation_year"/>
                      <w:id w:val="10011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3474376">
          <v:shape id="field_1110" o:spid="_x0000_s1110" type="#_x0000_t202" style="position:absolute;margin-left:203.1pt;margin-top:243.95pt;width:104pt;height:18.35pt;z-index:251660374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D6FC82C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전공"/>
                      <w:tag w:val="major"/>
                      <w:id w:val="10010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0300EB83">
          <v:shape id="field_1108" o:spid="_x0000_s1108" type="#_x0000_t202" style="position:absolute;margin-left:446.2pt;margin-top:222.8pt;width:79.3pt;height:20.2pt;z-index:251660372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20568D7B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직위"/>
                      <w:tag w:val="position"/>
                      <w:id w:val="10008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87C48C7">
          <v:shape id="field_1107" o:spid="_x0000_s1107" type="#_x0000_t202" style="position:absolute;margin-left:340.05pt;margin-top:222.8pt;width:83.8pt;height:20.2pt;z-index:251660371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A6AB77A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소속"/>
                      <w:tag w:val="department"/>
                      <w:id w:val="10007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735394B1">
          <v:shape id="field_1106" o:spid="_x0000_s1106" type="#_x0000_t202" style="position:absolute;margin-left:163.05pt;margin-top:222.8pt;width:144.05pt;height:20.2pt;z-index:251660370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561D966A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직장명"/>
                      <w:tag w:val="workplace"/>
                      <w:id w:val="10006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1691D2E0">
          <v:shape id="field_1105" o:spid="_x0000_s1105" type="#_x0000_t202" style="position:absolute;margin-left:160.7pt;margin-top:200.25pt;width:371.8pt;height:19.75pt;z-index:251660369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96FEB21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이메일"/>
                      <w:tag w:val="email"/>
                      <w:id w:val="10005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8E93B39">
          <v:shape id="field_1104" o:spid="_x0000_s1104" type="#_x0000_t202" style="position:absolute;margin-left:170pt;margin-top:179.55pt;width:363.55pt;height:19.75pt;z-index:251660368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C418EB5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휴대전화"/>
                      <w:tag w:val="mobile"/>
                      <w:id w:val="10004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1D7EEA24">
          <v:shape id="field_1103" o:spid="_x0000_s1103" type="#_x0000_t202" style="position:absolute;margin-left:153.7pt;margin-top:156.55pt;width:377.05pt;height:21.6pt;z-index:251660367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71A1C78B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주소"/>
                      <w:tag w:val="address"/>
                      <w:id w:val="10003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2512180">
          <v:shape id="field_1102" o:spid="_x0000_s1102" type="#_x0000_t202" style="position:absolute;margin-left:220.8pt;margin-top:125.05pt;width:294.55pt;height:25.85pt;z-index:251660366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3739A868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주민 또는 사업자등록번호"/>
                      <w:tag w:val="registration_number"/>
                      <w:id w:val="10002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742CF8F">
          <v:shape id="field_1100" o:spid="_x0000_s1100" type="#_x0000_t202" style="position:absolute;margin-left:131.35pt;margin-top:100.1pt;width:338.6pt;height:19.75pt;z-index:251660364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EA94842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성명 또는 기관명"/>
                      <w:tag w:val="donor_name"/>
                      <w:id w:val="10000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251658240" behindDoc="1" locked="1" layoutInCell="0" allowOverlap="1" wp14:anchorId="6DD02D24" wp14:editId="49F1D88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560000" cy="106920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9216CA0">
          <v:shape id="field_1101" o:spid="_x0000_s1101" type="#_x0000_t202" style="position:absolute;margin-left:473.7pt;margin-top:102.95pt;width:9.8pt;height:9.85pt;z-index:251660365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8DEA577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익명 희망"/>
                      <w:tag w:val="anonymous"/>
                      <w:id w:val="10001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557C5AC">
          <v:shape id="field_1109" o:spid="_x0000_s1109" type="#_x0000_t202" style="position:absolute;margin-left:131.8pt;margin-top:245.85pt;width:8.4pt;height:8.45pt;z-index:251660373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2311D6C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동창"/>
                      <w:tag w:val="relationship_alumna"/>
                      <w:id w:val="10009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6141FE1">
          <v:shape id="field_1112" o:spid="_x0000_s1112" type="#_x0000_t202" style="position:absolute;margin-left:131.8pt;margin-top:267.95pt;width:8.4pt;height:8.45pt;z-index:251660376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6296FF6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교직원"/>
                      <w:tag w:val="relationship_staff"/>
                      <w:id w:val="10012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6C17DBF">
          <v:shape id="field_1114" o:spid="_x0000_s1114" type="#_x0000_t202" style="position:absolute;margin-left:131.8pt;margin-top:289.55pt;width:8.4pt;height:8.45pt;z-index:251660378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51BA18F5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기타 관계"/>
                      <w:tag w:val="relationship_other"/>
                      <w:id w:val="10014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CD1CB69">
          <v:shape id="field_1116" o:spid="_x0000_s1116" type="#_x0000_t202" style="position:absolute;margin-left:131.35pt;margin-top:337.5pt;width:8.4pt;height:8.45pt;z-index:251660380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7A7A4C47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이화 새시대 발전기금"/>
                      <w:tag w:val="purpose_new_era"/>
                      <w:id w:val="10016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7756BC3">
          <v:shape id="field_1117" o:spid="_x0000_s1117" type="#_x0000_t202" style="position:absolute;margin-left:319.05pt;margin-top:337.5pt;width:8.4pt;height:8.45pt;z-index:251660381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AE3C4FE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장학기금"/>
                      <w:tag w:val="purpose_scholarship"/>
                      <w:id w:val="10017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856F15D">
          <v:shape id="field_1119" o:spid="_x0000_s1119" type="#_x0000_t202" style="position:absolute;margin-left:131.35pt;margin-top:359.6pt;width:8.4pt;height:8.45pt;z-index:251660383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5C3A8FF9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Ewha West Campus 건립기금"/>
                      <w:tag w:val="purpose_ewc"/>
                      <w:id w:val="10019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1A766C35">
          <v:shape id="field_1120" o:spid="_x0000_s1120" type="#_x0000_t202" style="position:absolute;margin-left:319.05pt;margin-top:359.6pt;width:8.4pt;height:8.45pt;z-index:251660384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4FB1FB4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이화첨단학술정보관 건립기금"/>
                      <w:tag w:val="purpose_library"/>
                      <w:id w:val="10020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C21E48D">
          <v:shape id="field_1121" o:spid="_x0000_s1121" type="#_x0000_t202" style="position:absolute;margin-left:131.35pt;margin-top:381.7pt;width:8.4pt;height:8.45pt;z-index:251660385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2E7BBDB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기타 기금"/>
                      <w:tag w:val="purpose_other"/>
                      <w:id w:val="10021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3852EC2F">
          <v:shape id="field_1125" o:spid="_x0000_s1125" type="#_x0000_t202" style="position:absolute;margin-left:131.35pt;margin-top:429.15pt;width:8.4pt;height:8.45pt;z-index:251660389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4F361C5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일시납부"/>
                      <w:tag w:val="payment_single"/>
                      <w:id w:val="10025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0C144A34">
          <v:shape id="field_1129" o:spid="_x0000_s1129" type="#_x0000_t202" style="position:absolute;margin-left:131.35pt;margin-top:450.8pt;width:8.4pt;height:8.45pt;z-index:251660393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75BC68AF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분할납부"/>
                      <w:tag w:val="payment_installment"/>
                      <w:id w:val="10029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E885228">
          <v:shape id="field_1135" o:spid="_x0000_s1135" type="#_x0000_t202" style="position:absolute;margin-left:131.35pt;margin-top:494.5pt;width:8.4pt;height:8.45pt;z-index:251660399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9B5C72C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무통장 입금"/>
                      <w:tag w:val="method_bank_transfer"/>
                      <w:id w:val="10035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EC4ADA6">
          <v:shape id="field_1136" o:spid="_x0000_s1136" type="#_x0000_t202" style="position:absolute;margin-left:131.35pt;margin-top:534pt;width:8.4pt;height:8.45pt;z-index:251660400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2AFB1DA3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CMS 자동이체"/>
                      <w:tag w:val="method_cms"/>
                      <w:id w:val="10036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71BC0877">
          <v:shape id="field_1143" o:spid="_x0000_s1143" type="#_x0000_t202" style="position:absolute;margin-left:131.35pt;margin-top:570.2pt;width:8.4pt;height:8.45pt;z-index:251660407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F8810F0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교직원 급여공제"/>
                      <w:tag w:val="method_payroll"/>
                      <w:id w:val="10043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</w:p>
    <w:p w14:paraId="1BAD4A79" w14:textId="77777777" w:rsidR="00862D0F" w:rsidRDefault="00862D0F">
      <w:pPr>
        <w:sectPr w:rsidR="00862D0F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620ED361" w14:textId="3B00A7AD" w:rsidR="00862D0F" w:rsidRDefault="00524843">
      <w:pPr>
        <w:spacing w:after="0" w:line="240" w:lineRule="auto"/>
      </w:pPr>
      <w:r>
        <w:lastRenderedPageBreak/>
        <w:pict w14:anchorId="472A4AAF">
          <v:shape id="field_1167" o:spid="_x0000_s1167" type="#_x0000_t202" style="position:absolute;margin-left:422pt;margin-top:667.5pt;width:110.05pt;height:17.85pt;z-index:251660431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B3E8095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연속 지급 기간"/>
                      <w:tag w:val="consecutive_period"/>
                      <w:id w:val="10067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763DE8ED">
          <v:shape id="field_1160" o:spid="_x0000_s1160" type="#_x0000_t202" style="position:absolute;margin-left:385.2pt;margin-top:603.55pt;width:58.1pt;height:21.15pt;z-index:251660424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78FFF51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학기당 장학생 수"/>
                      <w:tag w:val="students_per_semester"/>
                      <w:id w:val="10060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AE74B3A">
          <v:shape id="field_1159" o:spid="_x0000_s1159" type="#_x0000_t202" style="position:absolute;margin-left:145.8pt;margin-top:603.55pt;width:124.05pt;height:21.15pt;z-index:251660423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2991C430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1인당 장학금액"/>
                      <w:tag w:val="scholarship_amount_per_person"/>
                      <w:id w:val="10059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7A332F9">
          <v:shape id="field_1158" o:spid="_x0000_s1158" type="#_x0000_t202" style="position:absolute;margin-left:149.05pt;margin-top:391.1pt;width:386.55pt;height:183.8pt;z-index:251660422;mso-wrap-distance-left:0;mso-wrap-distance-top:0;mso-wrap-distance-right:0;mso-wrap-distance-bottom:0;mso-position-horizontal-relative:page;mso-position-vertical-relative:page;v-text-anchor:top" o:allowincell="f" filled="f" stroked="f">
            <v:textbox inset="1pt,0,1pt,0">
              <w:txbxContent>
                <w:p w14:paraId="093741ED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선발 조건"/>
                      <w:tag w:val="selection_conditions"/>
                      <w:id w:val="10058"/>
                      <w:lock w:val="sdtLocked"/>
                      <w:text w:multiLine="1"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154D6E54">
          <v:shape id="field_1155" o:spid="_x0000_s1155" type="#_x0000_t202" style="position:absolute;margin-left:470.25pt;margin-top:334.7pt;width:10.65pt;height:8.45pt;z-index:251660419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2038DC34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대학원"/>
                      <w:tag w:val="degree_graduate"/>
                      <w:id w:val="10055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0A52F81">
          <v:shape id="field_1153" o:spid="_x0000_s1153" type="#_x0000_t202" style="position:absolute;margin-left:326.05pt;margin-top:330.95pt;width:73.3pt;height:19.75pt;z-index:251660417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508F7F92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학과명"/>
                      <w:tag w:val="dept_name"/>
                      <w:id w:val="10053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039D9D38">
          <v:shape id="field_1152" o:spid="_x0000_s1152" type="#_x0000_t202" style="position:absolute;margin-left:195.65pt;margin-top:330.95pt;width:86.8pt;height:19.75pt;z-index:251660416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1B3AFD24" w14:textId="77777777" w:rsidR="00862D0F" w:rsidRDefault="00524843">
                  <w:pPr>
                    <w:spacing w:after="0" w:line="198" w:lineRule="atLeast"/>
                  </w:pPr>
                  <w:sdt>
                    <w:sdtPr>
                      <w:alias w:val="대학원 또는 대학명"/>
                      <w:tag w:val="college_name"/>
                      <w:id w:val="10052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18"/>
                          <w:szCs w:val="18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396DE23C">
          <v:shape id="field_1150" o:spid="_x0000_s1150" type="#_x0000_t202" style="position:absolute;margin-left:146.7pt;margin-top:300.35pt;width:393.2pt;height:25.85pt;z-index:251660414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3620EDB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장학금명"/>
                      <w:tag w:val="scholarship_name"/>
                      <w:id w:val="10050"/>
                      <w:lock w:val="sdtLocked"/>
                      <w:text/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 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251661437" behindDoc="1" locked="1" layoutInCell="0" allowOverlap="1" wp14:anchorId="1DACC32F" wp14:editId="7A88343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560000" cy="10692000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78CE798">
          <v:shape id="field_1151" o:spid="_x0000_s1151" type="#_x0000_t202" style="position:absolute;margin-left:139.75pt;margin-top:334.7pt;width:8.4pt;height:8.45pt;z-index:251660415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20FDB101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학과 지정"/>
                      <w:tag w:val="dept_specified"/>
                      <w:id w:val="10051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6C1C509C">
          <v:shape id="field_1154" o:spid="_x0000_s1154" type="#_x0000_t202" style="position:absolute;margin-left:438.3pt;margin-top:334.7pt;width:8.4pt;height:8.45pt;z-index:251660418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F3DA4C7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학부"/>
                      <w:tag w:val="degree_undergraduate"/>
                      <w:id w:val="10054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68E5785">
          <v:shape id="field_1156" o:spid="_x0000_s1156" type="#_x0000_t202" style="position:absolute;margin-left:139.75pt;margin-top:356.8pt;width:8.4pt;height:8.45pt;z-index:251660420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B287D97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학과 미지정"/>
                      <w:tag w:val="dept_unspecified"/>
                      <w:id w:val="10056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DC05C57">
          <v:shape id="field_1157" o:spid="_x0000_s1157" type="#_x0000_t202" style="position:absolute;margin-left:139.75pt;margin-top:378.85pt;width:8.4pt;height:8.45pt;z-index:251660421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6A9E4DC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선발 조건 지정"/>
                      <w:tag w:val="selection_condition_specified"/>
                      <w:id w:val="10057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01DCBC7">
          <v:shape id="field_1161" o:spid="_x0000_s1161" type="#_x0000_t202" style="position:absolute;margin-left:139.75pt;margin-top:630.85pt;width:8.4pt;height:8.45pt;z-index:251660425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CF6553E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연 1회"/>
                      <w:tag w:val="annual_once"/>
                      <w:id w:val="10061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21F588D">
          <v:shape id="field_1162" o:spid="_x0000_s1162" type="#_x0000_t202" style="position:absolute;margin-left:182.6pt;margin-top:630.85pt;width:8.4pt;height:8.45pt;z-index:251660426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2DC4D3B2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1학기 지급"/>
                      <w:tag w:val="semester_first"/>
                      <w:id w:val="10062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1794E919">
          <v:shape id="field_1163" o:spid="_x0000_s1163" type="#_x0000_t202" style="position:absolute;margin-left:229.65pt;margin-top:630.85pt;width:8.4pt;height:8.45pt;z-index:251660427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005D7A4F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2학기 지급"/>
                      <w:tag w:val="semester_second"/>
                      <w:id w:val="10063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46BF2FAF">
          <v:shape id="field_1164" o:spid="_x0000_s1164" type="#_x0000_t202" style="position:absolute;margin-left:139.75pt;margin-top:653.4pt;width:8.4pt;height:8.45pt;z-index:251660428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B3DED04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연 2회"/>
                      <w:tag w:val="annual_twice"/>
                      <w:id w:val="10064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2F9530FB">
          <v:shape id="field_1165" o:spid="_x0000_s1165" type="#_x0000_t202" style="position:absolute;margin-left:383.8pt;margin-top:630.85pt;width:8.4pt;height:8.45pt;z-index:251660429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31D4EF3F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해당 학기 한정"/>
                      <w:tag w:val="period_one_semester"/>
                      <w:id w:val="10065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0984CFF3">
          <v:shape id="field_1166" o:spid="_x0000_s1166" type="#_x0000_t202" style="position:absolute;margin-left:383.8pt;margin-top:653.4pt;width:8.4pt;height:8.45pt;z-index:251660430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43CB8A2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연속 지급"/>
                      <w:tag w:val="period_consecutive"/>
                      <w:id w:val="10066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3C7FF843">
          <v:shape id="field_1168" o:spid="_x0000_s1168" type="#_x0000_t202" style="position:absolute;margin-left:139.75pt;margin-top:692.9pt;width:8.4pt;height:8.45pt;z-index:251660432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6967A72F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등록금 범위 내 지원"/>
                      <w:tag w:val="type_tuition"/>
                      <w:id w:val="10068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1463F045">
          <v:shape id="field_1169" o:spid="_x0000_s1169" type="#_x0000_t202" style="position:absolute;margin-left:139.75pt;margin-top:715.45pt;width:8.4pt;height:8.45pt;z-index:251660433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4B0246BC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등록금 및 생활비 지원"/>
                      <w:tag w:val="type_tuition_living"/>
                      <w:id w:val="10069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590536F2">
          <v:shape id="field_1170" o:spid="_x0000_s1170" type="#_x0000_t202" style="position:absolute;margin-left:383.8pt;margin-top:692.9pt;width:8.4pt;height:8.45pt;z-index:251660434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5C4B94C6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장학금 원금 지급 가능"/>
                      <w:tag w:val="principal_allowed"/>
                      <w:id w:val="10070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  <w:r>
        <w:pict w14:anchorId="3819BE60">
          <v:shape id="field_1171" o:spid="_x0000_s1171" type="#_x0000_t202" style="position:absolute;margin-left:383.8pt;margin-top:715.45pt;width:8.4pt;height:8.45pt;z-index:251660435;mso-wrap-style:none;mso-wrap-distance-left:0;mso-wrap-distance-top:0;mso-wrap-distance-right:0;mso-wrap-distance-bottom:0;mso-position-horizontal-relative:page;mso-position-vertical-relative:page;v-text-anchor:middle" o:allowincell="f" filled="f" stroked="f">
            <v:textbox inset="1pt,0,1pt,0">
              <w:txbxContent>
                <w:p w14:paraId="7ABEE7AC" w14:textId="77777777" w:rsidR="00862D0F" w:rsidRDefault="00524843">
                  <w:pPr>
                    <w:spacing w:after="0" w:line="220" w:lineRule="atLeast"/>
                  </w:pPr>
                  <w:sdt>
                    <w:sdtPr>
                      <w:alias w:val="장학금 원금 보존"/>
                      <w:tag w:val="principal_preserved"/>
                      <w:id w:val="10071"/>
                      <w:lock w:val="sdtLocked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맑은 고딕" w:eastAsia="맑은 고딕" w:hAnsi="맑은 고딕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xbxContent>
            </v:textbox>
            <w10:wrap anchorx="page" anchory="page"/>
          </v:shape>
        </w:pict>
      </w:r>
    </w:p>
    <w:sectPr w:rsidR="00862D0F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4843"/>
    <w:rsid w:val="00862D0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72"/>
    <o:shapelayout v:ext="edit">
      <o:idmap v:ext="edit" data="1"/>
    </o:shapelayout>
  </w:shapeDefaults>
  <w:decimalSymbol w:val="."/>
  <w:listSeparator w:val=","/>
  <w14:docId w14:val="76017A81"/>
  <w14:defaultImageDpi w14:val="300"/>
  <w15:docId w15:val="{1D388776-7F38-4AF6-BC8A-19EA236C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이화 창립 140주년 기념 모금 캠페인 후원 신청서</dc:title>
  <dc:subject>원본 이미지 배경 기반 입력 가능 양식</dc:subject>
  <dc:creator>이화여자대학교 대외협력처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2026-09-17T04:50:00Z</dcterms:modified>
  <cp:category/>
</cp:coreProperties>
</file>